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EC076" w14:textId="77777777" w:rsidR="00080437" w:rsidRDefault="00DC5AC5">
      <w:pPr>
        <w:autoSpaceDE w:val="0"/>
        <w:autoSpaceDN w:val="0"/>
        <w:spacing w:after="1884" w:line="220" w:lineRule="exact"/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5987F9EA" wp14:editId="508B5D7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0A1215" w14:textId="22B05DE1" w:rsidR="00080437" w:rsidRDefault="00D025BD" w:rsidP="00D025BD">
      <w:pPr>
        <w:autoSpaceDE w:val="0"/>
        <w:autoSpaceDN w:val="0"/>
        <w:spacing w:after="212" w:line="696" w:lineRule="exact"/>
      </w:pPr>
      <w:r>
        <w:rPr>
          <w:rFonts w:ascii="*Times New Roman" w:eastAsia="*Times New Roman" w:hAnsi="*Times New Roman"/>
          <w:b/>
          <w:color w:val="484848"/>
          <w:sz w:val="51"/>
        </w:rPr>
        <w:t xml:space="preserve">          </w:t>
      </w:r>
      <w:r w:rsidR="00DC5AC5">
        <w:rPr>
          <w:rFonts w:ascii="*Times New Roman" w:eastAsia="*Times New Roman" w:hAnsi="*Times New Roman"/>
          <w:b/>
          <w:color w:val="484848"/>
          <w:sz w:val="51"/>
        </w:rPr>
        <w:t>DEKLARACJA ZGODNOŚĆ</w:t>
      </w:r>
      <w:r>
        <w:rPr>
          <w:rFonts w:ascii="*Times New Roman" w:eastAsia="*Times New Roman" w:hAnsi="*Times New Roman"/>
          <w:b/>
          <w:color w:val="484848"/>
          <w:sz w:val="51"/>
        </w:rPr>
        <w:t>I</w:t>
      </w:r>
      <w:r w:rsidR="00DC5AC5">
        <w:rPr>
          <w:rFonts w:ascii="*Times New Roman" w:eastAsia="*Times New Roman" w:hAnsi="*Times New Roman"/>
          <w:b/>
          <w:color w:val="484848"/>
          <w:sz w:val="51"/>
        </w:rPr>
        <w:t xml:space="preserve"> nr </w:t>
      </w:r>
      <w:r w:rsidR="00DC5AC5">
        <w:rPr>
          <w:rFonts w:ascii="*Times New Roman" w:eastAsia="*Times New Roman" w:hAnsi="*Times New Roman"/>
          <w:b/>
          <w:color w:val="484848"/>
          <w:w w:val="101"/>
          <w:sz w:val="46"/>
        </w:rPr>
        <w:t>8</w:t>
      </w:r>
      <w:r w:rsidR="00DC5AC5">
        <w:rPr>
          <w:rFonts w:ascii="*Times New Roman" w:eastAsia="*Times New Roman" w:hAnsi="*Times New Roman"/>
          <w:b/>
          <w:color w:val="484848"/>
          <w:sz w:val="51"/>
        </w:rPr>
        <w:t xml:space="preserve">/2020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6"/>
        <w:gridCol w:w="980"/>
        <w:gridCol w:w="8360"/>
      </w:tblGrid>
      <w:tr w:rsidR="00080437" w:rsidRPr="00A94432" w14:paraId="2A17A9C7" w14:textId="77777777">
        <w:trPr>
          <w:trHeight w:hRule="exact" w:val="408"/>
        </w:trPr>
        <w:tc>
          <w:tcPr>
            <w:tcW w:w="226" w:type="dxa"/>
            <w:tcMar>
              <w:left w:w="0" w:type="dxa"/>
              <w:right w:w="0" w:type="dxa"/>
            </w:tcMar>
          </w:tcPr>
          <w:p w14:paraId="4E6497B4" w14:textId="77777777" w:rsidR="00080437" w:rsidRDefault="00DC5AC5">
            <w:pPr>
              <w:autoSpaceDE w:val="0"/>
              <w:autoSpaceDN w:val="0"/>
              <w:spacing w:before="144" w:after="0" w:line="232" w:lineRule="exact"/>
              <w:jc w:val="center"/>
            </w:pPr>
            <w:r>
              <w:rPr>
                <w:rFonts w:ascii="*Times New Roman" w:eastAsia="*Times New Roman" w:hAnsi="*Times New Roman"/>
                <w:color w:val="96A9A9"/>
                <w:sz w:val="12"/>
              </w:rPr>
              <w:t xml:space="preserve">. </w:t>
            </w:r>
          </w:p>
        </w:tc>
        <w:tc>
          <w:tcPr>
            <w:tcW w:w="980" w:type="dxa"/>
            <w:tcMar>
              <w:left w:w="0" w:type="dxa"/>
              <w:right w:w="0" w:type="dxa"/>
            </w:tcMar>
          </w:tcPr>
          <w:p w14:paraId="041CB9B3" w14:textId="77777777" w:rsidR="00080437" w:rsidRDefault="00DC5AC5">
            <w:pPr>
              <w:autoSpaceDE w:val="0"/>
              <w:autoSpaceDN w:val="0"/>
              <w:spacing w:before="110" w:after="0" w:line="296" w:lineRule="exact"/>
              <w:ind w:left="230"/>
            </w:pPr>
            <w:r>
              <w:rPr>
                <w:rFonts w:ascii="*Times New Roman" w:eastAsia="*Times New Roman" w:hAnsi="*Times New Roman"/>
                <w:i/>
                <w:color w:val="96A9A9"/>
              </w:rPr>
              <w:t xml:space="preserve">i </w:t>
            </w:r>
            <w:r>
              <w:rPr>
                <w:rFonts w:ascii="*Times New Roman" w:eastAsia="*Times New Roman" w:hAnsi="*Times New Roman"/>
                <w:color w:val="96A9A9"/>
                <w:sz w:val="12"/>
              </w:rPr>
              <w:t xml:space="preserve">1,, </w:t>
            </w:r>
          </w:p>
        </w:tc>
        <w:tc>
          <w:tcPr>
            <w:tcW w:w="8360" w:type="dxa"/>
            <w:vMerge w:val="restart"/>
            <w:tcMar>
              <w:left w:w="0" w:type="dxa"/>
              <w:right w:w="0" w:type="dxa"/>
            </w:tcMar>
          </w:tcPr>
          <w:p w14:paraId="5D0CAB51" w14:textId="3244EDD3" w:rsidR="00080437" w:rsidRPr="00DC5AC5" w:rsidRDefault="00DC5AC5">
            <w:pPr>
              <w:tabs>
                <w:tab w:val="left" w:pos="2156"/>
                <w:tab w:val="left" w:pos="2508"/>
              </w:tabs>
              <w:autoSpaceDE w:val="0"/>
              <w:autoSpaceDN w:val="0"/>
              <w:spacing w:before="44" w:after="0" w:line="306" w:lineRule="exact"/>
              <w:ind w:left="826" w:right="144"/>
              <w:rPr>
                <w:lang w:val="pl-PL"/>
              </w:rPr>
            </w:pPr>
            <w:r w:rsidRPr="00DC5AC5">
              <w:rPr>
                <w:rFonts w:ascii="*Microsoft Sans Serif" w:eastAsia="*Microsoft Sans Serif" w:hAnsi="*Microsoft Sans Serif"/>
                <w:color w:val="383839"/>
                <w:sz w:val="24"/>
                <w:lang w:val="pl-PL"/>
              </w:rPr>
              <w:t xml:space="preserve">P.H.U. "MERX" Migacz, Poręba Spółka Jawna [importer] odpowiada za </w:t>
            </w:r>
            <w:r w:rsidRPr="00DC5AC5">
              <w:rPr>
                <w:lang w:val="pl-PL"/>
              </w:rPr>
              <w:tab/>
            </w:r>
            <w:r w:rsidRPr="00DC5AC5">
              <w:rPr>
                <w:rFonts w:ascii="*Microsoft Sans Serif" w:eastAsia="*Microsoft Sans Serif" w:hAnsi="*Microsoft Sans Serif"/>
                <w:color w:val="383839"/>
                <w:sz w:val="24"/>
                <w:lang w:val="pl-PL"/>
              </w:rPr>
              <w:t xml:space="preserve">niniejszą deklaracje na następujący model: </w:t>
            </w:r>
            <w:r w:rsidRPr="00DC5AC5">
              <w:rPr>
                <w:lang w:val="pl-PL"/>
              </w:rPr>
              <w:br/>
            </w:r>
            <w:r w:rsidRPr="00DC5AC5">
              <w:rPr>
                <w:lang w:val="pl-PL"/>
              </w:rPr>
              <w:tab/>
            </w:r>
            <w:r w:rsidR="00D025BD">
              <w:rPr>
                <w:lang w:val="pl-PL"/>
              </w:rPr>
              <w:t xml:space="preserve">           </w:t>
            </w:r>
            <w:r w:rsidRPr="00DC5AC5">
              <w:rPr>
                <w:rFonts w:ascii="*Microsoft Sans Serif" w:eastAsia="*Microsoft Sans Serif" w:hAnsi="*Microsoft Sans Serif"/>
                <w:color w:val="383939"/>
                <w:sz w:val="24"/>
                <w:lang w:val="pl-PL"/>
              </w:rPr>
              <w:t xml:space="preserve">Kamery IP telewizji przemysłowej: </w:t>
            </w:r>
          </w:p>
          <w:p w14:paraId="4A153178" w14:textId="45580DC4" w:rsidR="00080437" w:rsidRPr="00DC5AC5" w:rsidRDefault="00DC5AC5">
            <w:pPr>
              <w:autoSpaceDE w:val="0"/>
              <w:autoSpaceDN w:val="0"/>
              <w:spacing w:before="88" w:after="0" w:line="294" w:lineRule="exact"/>
              <w:ind w:left="508"/>
              <w:rPr>
                <w:lang w:val="pl-PL"/>
              </w:rPr>
            </w:pPr>
            <w:r w:rsidRPr="00DC5AC5">
              <w:rPr>
                <w:rFonts w:ascii="*Microsoft Sans Serif" w:eastAsia="*Microsoft Sans Serif" w:hAnsi="*Microsoft Sans Serif"/>
                <w:color w:val="383838"/>
                <w:sz w:val="24"/>
                <w:lang w:val="pl-PL"/>
              </w:rPr>
              <w:t>4K-5</w:t>
            </w:r>
            <w:r w:rsidR="00A94432">
              <w:rPr>
                <w:rFonts w:ascii="*Microsoft Sans Serif" w:eastAsia="*Microsoft Sans Serif" w:hAnsi="*Microsoft Sans Serif"/>
                <w:color w:val="383838"/>
                <w:sz w:val="24"/>
                <w:lang w:val="pl-PL"/>
              </w:rPr>
              <w:t>1</w:t>
            </w:r>
            <w:r w:rsidRPr="00DC5AC5">
              <w:rPr>
                <w:rFonts w:ascii="*Microsoft Sans Serif" w:eastAsia="*Microsoft Sans Serif" w:hAnsi="*Microsoft Sans Serif"/>
                <w:color w:val="383838"/>
                <w:sz w:val="24"/>
                <w:lang w:val="pl-PL"/>
              </w:rPr>
              <w:t>4</w:t>
            </w:r>
            <w:r>
              <w:rPr>
                <w:rFonts w:ascii="*Microsoft Sans Serif" w:eastAsia="*Microsoft Sans Serif" w:hAnsi="*Microsoft Sans Serif"/>
                <w:color w:val="383838"/>
                <w:sz w:val="24"/>
                <w:lang w:val="pl-PL"/>
              </w:rPr>
              <w:t xml:space="preserve">0 </w:t>
            </w:r>
            <w:r w:rsidRPr="00DC5AC5">
              <w:rPr>
                <w:rFonts w:ascii="*Microsoft Sans Serif" w:eastAsia="*Microsoft Sans Serif" w:hAnsi="*Microsoft Sans Serif"/>
                <w:color w:val="383838"/>
                <w:sz w:val="24"/>
                <w:lang w:val="pl-PL"/>
              </w:rPr>
              <w:t>IRKS MZ (W), 4K-5</w:t>
            </w:r>
            <w:r w:rsidR="00A94432">
              <w:rPr>
                <w:rFonts w:ascii="*Microsoft Sans Serif" w:eastAsia="*Microsoft Sans Serif" w:hAnsi="*Microsoft Sans Serif"/>
                <w:color w:val="383838"/>
                <w:sz w:val="24"/>
                <w:lang w:val="pl-PL"/>
              </w:rPr>
              <w:t>1</w:t>
            </w:r>
            <w:r w:rsidRPr="00DC5AC5">
              <w:rPr>
                <w:rFonts w:ascii="*Microsoft Sans Serif" w:eastAsia="*Microsoft Sans Serif" w:hAnsi="*Microsoft Sans Serif"/>
                <w:color w:val="383838"/>
                <w:sz w:val="24"/>
                <w:lang w:val="pl-PL"/>
              </w:rPr>
              <w:t>4</w:t>
            </w:r>
            <w:r>
              <w:rPr>
                <w:rFonts w:ascii="*Microsoft Sans Serif" w:eastAsia="*Microsoft Sans Serif" w:hAnsi="*Microsoft Sans Serif"/>
                <w:color w:val="383838"/>
                <w:sz w:val="24"/>
                <w:lang w:val="pl-PL"/>
              </w:rPr>
              <w:t xml:space="preserve">0 </w:t>
            </w:r>
            <w:r w:rsidRPr="00DC5AC5">
              <w:rPr>
                <w:rFonts w:ascii="*Microsoft Sans Serif" w:eastAsia="*Microsoft Sans Serif" w:hAnsi="*Microsoft Sans Serif"/>
                <w:color w:val="383838"/>
                <w:sz w:val="24"/>
                <w:lang w:val="pl-PL"/>
              </w:rPr>
              <w:t>IRKS MZ (</w:t>
            </w:r>
            <w:r w:rsidRPr="00DC5AC5">
              <w:rPr>
                <w:rFonts w:ascii="*Microsoft Sans Serif" w:eastAsia="*Microsoft Sans Serif" w:hAnsi="*Microsoft Sans Serif"/>
                <w:color w:val="383838"/>
                <w:sz w:val="23"/>
                <w:lang w:val="pl-PL"/>
              </w:rPr>
              <w:t>B</w:t>
            </w:r>
            <w:r w:rsidRPr="00DC5AC5">
              <w:rPr>
                <w:rFonts w:ascii="*Microsoft Sans Serif" w:eastAsia="*Microsoft Sans Serif" w:hAnsi="*Microsoft Sans Serif"/>
                <w:color w:val="383838"/>
                <w:sz w:val="24"/>
                <w:lang w:val="pl-PL"/>
              </w:rPr>
              <w:t>), 4K-5</w:t>
            </w:r>
            <w:r w:rsidR="00A94432">
              <w:rPr>
                <w:rFonts w:ascii="*Microsoft Sans Serif" w:eastAsia="*Microsoft Sans Serif" w:hAnsi="*Microsoft Sans Serif"/>
                <w:color w:val="383838"/>
                <w:sz w:val="24"/>
                <w:lang w:val="pl-PL"/>
              </w:rPr>
              <w:t>1</w:t>
            </w:r>
            <w:r w:rsidRPr="00DC5AC5">
              <w:rPr>
                <w:rFonts w:ascii="*Microsoft Sans Serif" w:eastAsia="*Microsoft Sans Serif" w:hAnsi="*Microsoft Sans Serif"/>
                <w:color w:val="383838"/>
                <w:sz w:val="24"/>
                <w:lang w:val="pl-PL"/>
              </w:rPr>
              <w:t>35</w:t>
            </w:r>
            <w:r>
              <w:rPr>
                <w:rFonts w:ascii="*Microsoft Sans Serif" w:eastAsia="*Microsoft Sans Serif" w:hAnsi="*Microsoft Sans Serif"/>
                <w:color w:val="383838"/>
                <w:sz w:val="24"/>
                <w:lang w:val="pl-PL"/>
              </w:rPr>
              <w:t xml:space="preserve"> </w:t>
            </w:r>
            <w:r w:rsidRPr="00DC5AC5">
              <w:rPr>
                <w:rFonts w:ascii="*Microsoft Sans Serif" w:eastAsia="*Microsoft Sans Serif" w:hAnsi="*Microsoft Sans Serif"/>
                <w:color w:val="383838"/>
                <w:sz w:val="24"/>
                <w:lang w:val="pl-PL"/>
              </w:rPr>
              <w:t>IRKW (W)</w:t>
            </w:r>
            <w:r w:rsidR="00A94432">
              <w:rPr>
                <w:rFonts w:ascii="*Microsoft Sans Serif" w:eastAsia="*Microsoft Sans Serif" w:hAnsi="*Microsoft Sans Serif"/>
                <w:color w:val="383838"/>
                <w:sz w:val="24"/>
                <w:lang w:val="pl-PL"/>
              </w:rPr>
              <w:t>(</w:t>
            </w:r>
            <w:r w:rsidRPr="00DC5AC5">
              <w:rPr>
                <w:rFonts w:ascii="*Microsoft Sans Serif" w:eastAsia="*Microsoft Sans Serif" w:hAnsi="*Microsoft Sans Serif"/>
                <w:color w:val="383838"/>
                <w:sz w:val="24"/>
                <w:lang w:val="pl-PL"/>
              </w:rPr>
              <w:t xml:space="preserve">MZ), </w:t>
            </w:r>
          </w:p>
        </w:tc>
      </w:tr>
      <w:tr w:rsidR="00080437" w14:paraId="76ED067A" w14:textId="77777777">
        <w:trPr>
          <w:trHeight w:hRule="exact" w:val="280"/>
        </w:trPr>
        <w:tc>
          <w:tcPr>
            <w:tcW w:w="226" w:type="dxa"/>
            <w:tcMar>
              <w:left w:w="0" w:type="dxa"/>
              <w:right w:w="0" w:type="dxa"/>
            </w:tcMar>
          </w:tcPr>
          <w:p w14:paraId="68D90152" w14:textId="77777777" w:rsidR="00080437" w:rsidRDefault="00DC5AC5">
            <w:pPr>
              <w:autoSpaceDE w:val="0"/>
              <w:autoSpaceDN w:val="0"/>
              <w:spacing w:before="34" w:after="0" w:line="230" w:lineRule="exact"/>
            </w:pPr>
            <w:r>
              <w:rPr>
                <w:rFonts w:ascii="*Times New Roman" w:eastAsia="*Times New Roman" w:hAnsi="*Times New Roman"/>
                <w:color w:val="96A8A9"/>
                <w:sz w:val="12"/>
              </w:rPr>
              <w:t>=-</w:t>
            </w:r>
          </w:p>
        </w:tc>
        <w:tc>
          <w:tcPr>
            <w:tcW w:w="980" w:type="dxa"/>
            <w:tcMar>
              <w:left w:w="0" w:type="dxa"/>
              <w:right w:w="0" w:type="dxa"/>
            </w:tcMar>
          </w:tcPr>
          <w:p w14:paraId="6814924F" w14:textId="77777777" w:rsidR="00080437" w:rsidRDefault="00DC5AC5">
            <w:pPr>
              <w:autoSpaceDE w:val="0"/>
              <w:autoSpaceDN w:val="0"/>
              <w:spacing w:before="34" w:after="0" w:line="230" w:lineRule="exact"/>
              <w:ind w:left="96"/>
            </w:pPr>
            <w:r>
              <w:rPr>
                <w:rFonts w:ascii="*Times New Roman" w:eastAsia="*Times New Roman" w:hAnsi="*Times New Roman"/>
                <w:color w:val="96A8A9"/>
                <w:sz w:val="12"/>
              </w:rPr>
              <w:t xml:space="preserve">:., </w:t>
            </w:r>
          </w:p>
        </w:tc>
        <w:tc>
          <w:tcPr>
            <w:tcW w:w="3243" w:type="dxa"/>
            <w:vMerge/>
          </w:tcPr>
          <w:p w14:paraId="783DD3A3" w14:textId="77777777" w:rsidR="00080437" w:rsidRDefault="00080437"/>
        </w:tc>
      </w:tr>
      <w:tr w:rsidR="00080437" w14:paraId="06B22677" w14:textId="77777777">
        <w:trPr>
          <w:trHeight w:hRule="exact" w:val="200"/>
        </w:trPr>
        <w:tc>
          <w:tcPr>
            <w:tcW w:w="226" w:type="dxa"/>
            <w:tcMar>
              <w:left w:w="0" w:type="dxa"/>
              <w:right w:w="0" w:type="dxa"/>
            </w:tcMar>
          </w:tcPr>
          <w:p w14:paraId="7E1E76AB" w14:textId="77777777" w:rsidR="00080437" w:rsidRDefault="00DC5AC5">
            <w:pPr>
              <w:autoSpaceDE w:val="0"/>
              <w:autoSpaceDN w:val="0"/>
              <w:spacing w:before="32" w:after="0" w:line="108" w:lineRule="exact"/>
              <w:ind w:left="20"/>
            </w:pPr>
            <w:r>
              <w:rPr>
                <w:rFonts w:ascii="*Times New Roman" w:eastAsia="*Times New Roman" w:hAnsi="*Times New Roman"/>
                <w:color w:val="9FABAF"/>
                <w:sz w:val="8"/>
              </w:rPr>
              <w:t xml:space="preserve">� </w:t>
            </w:r>
          </w:p>
        </w:tc>
        <w:tc>
          <w:tcPr>
            <w:tcW w:w="980" w:type="dxa"/>
            <w:tcMar>
              <w:left w:w="0" w:type="dxa"/>
              <w:right w:w="0" w:type="dxa"/>
            </w:tcMar>
          </w:tcPr>
          <w:p w14:paraId="71BB842A" w14:textId="77777777" w:rsidR="00080437" w:rsidRDefault="00DC5AC5">
            <w:pPr>
              <w:autoSpaceDE w:val="0"/>
              <w:autoSpaceDN w:val="0"/>
              <w:spacing w:before="32" w:after="0" w:line="108" w:lineRule="exact"/>
              <w:ind w:left="82"/>
            </w:pPr>
            <w:r>
              <w:rPr>
                <w:rFonts w:ascii="*Times New Roman" w:eastAsia="*Times New Roman" w:hAnsi="*Times New Roman"/>
                <w:color w:val="9FABAF"/>
                <w:sz w:val="8"/>
              </w:rPr>
              <w:t xml:space="preserve">;::t� </w:t>
            </w:r>
          </w:p>
        </w:tc>
        <w:tc>
          <w:tcPr>
            <w:tcW w:w="3243" w:type="dxa"/>
            <w:vMerge/>
          </w:tcPr>
          <w:p w14:paraId="41CA3DD0" w14:textId="77777777" w:rsidR="00080437" w:rsidRDefault="00080437"/>
        </w:tc>
      </w:tr>
      <w:tr w:rsidR="00080437" w14:paraId="61346631" w14:textId="77777777">
        <w:trPr>
          <w:trHeight w:hRule="exact" w:val="516"/>
        </w:trPr>
        <w:tc>
          <w:tcPr>
            <w:tcW w:w="1206" w:type="dxa"/>
            <w:gridSpan w:val="2"/>
            <w:tcMar>
              <w:left w:w="0" w:type="dxa"/>
              <w:right w:w="0" w:type="dxa"/>
            </w:tcMar>
          </w:tcPr>
          <w:p w14:paraId="7B7A44CC" w14:textId="77777777" w:rsidR="00080437" w:rsidRDefault="00DC5AC5">
            <w:pPr>
              <w:autoSpaceDE w:val="0"/>
              <w:autoSpaceDN w:val="0"/>
              <w:spacing w:before="68" w:after="0" w:line="414" w:lineRule="exact"/>
              <w:ind w:left="62"/>
            </w:pPr>
            <w:r>
              <w:rPr>
                <w:rFonts w:ascii="*Times New Roman" w:eastAsia="*Times New Roman" w:hAnsi="*Times New Roman"/>
                <w:color w:val="ABB9BD"/>
                <w:sz w:val="12"/>
              </w:rPr>
              <w:t>• .</w:t>
            </w:r>
            <w:r>
              <w:rPr>
                <w:rFonts w:ascii="*Times New Roman" w:eastAsia="*Times New Roman" w:hAnsi="*Times New Roman"/>
                <w:color w:val="97A3A8"/>
                <w:sz w:val="12"/>
              </w:rPr>
              <w:t xml:space="preserve">• </w:t>
            </w:r>
            <w:r>
              <w:rPr>
                <w:rFonts w:ascii="*Times New Roman" w:eastAsia="*Times New Roman" w:hAnsi="*Times New Roman"/>
                <w:color w:val="ABB9BD"/>
                <w:sz w:val="12"/>
              </w:rPr>
              <w:t xml:space="preserve">..c. </w:t>
            </w:r>
            <w:r>
              <w:rPr>
                <w:rFonts w:ascii="*Times New Roman" w:eastAsia="*Times New Roman" w:hAnsi="*Times New Roman"/>
                <w:color w:val="ABBBBB"/>
                <w:sz w:val="20"/>
              </w:rPr>
              <w:t xml:space="preserve">� </w:t>
            </w:r>
          </w:p>
        </w:tc>
        <w:tc>
          <w:tcPr>
            <w:tcW w:w="3243" w:type="dxa"/>
            <w:vMerge/>
          </w:tcPr>
          <w:p w14:paraId="1CAE2E56" w14:textId="77777777" w:rsidR="00080437" w:rsidRDefault="00080437"/>
        </w:tc>
      </w:tr>
    </w:tbl>
    <w:p w14:paraId="3241548C" w14:textId="732A9F48" w:rsidR="00080437" w:rsidRPr="00DC5AC5" w:rsidRDefault="00DC5AC5">
      <w:pPr>
        <w:autoSpaceDE w:val="0"/>
        <w:autoSpaceDN w:val="0"/>
        <w:spacing w:before="32" w:after="0" w:line="292" w:lineRule="exact"/>
        <w:ind w:left="1714"/>
      </w:pPr>
      <w:r w:rsidRPr="00DC5AC5">
        <w:rPr>
          <w:rFonts w:ascii="*Microsoft Sans Serif" w:eastAsia="*Microsoft Sans Serif" w:hAnsi="*Microsoft Sans Serif"/>
          <w:color w:val="383838"/>
          <w:sz w:val="24"/>
        </w:rPr>
        <w:t>4K-5</w:t>
      </w:r>
      <w:r w:rsidR="00A94432">
        <w:rPr>
          <w:rFonts w:ascii="*Microsoft Sans Serif" w:eastAsia="*Microsoft Sans Serif" w:hAnsi="*Microsoft Sans Serif"/>
          <w:color w:val="383838"/>
          <w:sz w:val="24"/>
        </w:rPr>
        <w:t>1</w:t>
      </w:r>
      <w:r w:rsidRPr="00DC5AC5">
        <w:rPr>
          <w:rFonts w:ascii="*Microsoft Sans Serif" w:eastAsia="*Microsoft Sans Serif" w:hAnsi="*Microsoft Sans Serif"/>
          <w:color w:val="383838"/>
          <w:sz w:val="24"/>
        </w:rPr>
        <w:t>30IRKW MZ (</w:t>
      </w:r>
      <w:r w:rsidRPr="00DC5AC5">
        <w:rPr>
          <w:rFonts w:ascii="*Microsoft Sans Serif" w:eastAsia="*Microsoft Sans Serif" w:hAnsi="*Microsoft Sans Serif"/>
          <w:color w:val="383838"/>
          <w:sz w:val="23"/>
        </w:rPr>
        <w:t>B</w:t>
      </w:r>
      <w:r w:rsidRPr="00DC5AC5">
        <w:rPr>
          <w:rFonts w:ascii="*Microsoft Sans Serif" w:eastAsia="*Microsoft Sans Serif" w:hAnsi="*Microsoft Sans Serif"/>
          <w:color w:val="383838"/>
          <w:sz w:val="24"/>
        </w:rPr>
        <w:t>)</w:t>
      </w:r>
      <w:r w:rsidR="00A94432">
        <w:rPr>
          <w:rFonts w:ascii="*Microsoft Sans Serif" w:eastAsia="*Microsoft Sans Serif" w:hAnsi="*Microsoft Sans Serif"/>
          <w:color w:val="383838"/>
          <w:sz w:val="24"/>
        </w:rPr>
        <w:t xml:space="preserve"> </w:t>
      </w:r>
      <w:r w:rsidRPr="00DC5AC5">
        <w:rPr>
          <w:rFonts w:ascii="*Microsoft Sans Serif" w:eastAsia="*Microsoft Sans Serif" w:hAnsi="*Microsoft Sans Serif"/>
          <w:color w:val="383838"/>
          <w:sz w:val="24"/>
        </w:rPr>
        <w:t>AI, 4K-5</w:t>
      </w:r>
      <w:r w:rsidR="00A94432">
        <w:rPr>
          <w:rFonts w:ascii="*Microsoft Sans Serif" w:eastAsia="*Microsoft Sans Serif" w:hAnsi="*Microsoft Sans Serif"/>
          <w:color w:val="383838"/>
          <w:sz w:val="24"/>
        </w:rPr>
        <w:t>1</w:t>
      </w:r>
      <w:r w:rsidRPr="00DC5AC5">
        <w:rPr>
          <w:rFonts w:ascii="*Microsoft Sans Serif" w:eastAsia="*Microsoft Sans Serif" w:hAnsi="*Microsoft Sans Serif"/>
          <w:color w:val="383838"/>
          <w:sz w:val="24"/>
        </w:rPr>
        <w:t>30 IRKW MZ (</w:t>
      </w:r>
      <w:r w:rsidRPr="00DC5AC5">
        <w:rPr>
          <w:rFonts w:ascii="*Microsoft Sans Serif" w:eastAsia="*Microsoft Sans Serif" w:hAnsi="*Microsoft Sans Serif"/>
          <w:color w:val="383838"/>
          <w:sz w:val="23"/>
        </w:rPr>
        <w:t>W</w:t>
      </w:r>
      <w:r w:rsidRPr="00DC5AC5">
        <w:rPr>
          <w:rFonts w:ascii="*Microsoft Sans Serif" w:eastAsia="*Microsoft Sans Serif" w:hAnsi="*Microsoft Sans Serif"/>
          <w:color w:val="383838"/>
          <w:sz w:val="24"/>
        </w:rPr>
        <w:t>) AI, 4K-5</w:t>
      </w:r>
      <w:r w:rsidR="00A94432">
        <w:rPr>
          <w:rFonts w:ascii="*Microsoft Sans Serif" w:eastAsia="*Microsoft Sans Serif" w:hAnsi="*Microsoft Sans Serif"/>
          <w:color w:val="383838"/>
          <w:sz w:val="24"/>
        </w:rPr>
        <w:t>1</w:t>
      </w:r>
      <w:r w:rsidRPr="00DC5AC5">
        <w:rPr>
          <w:rFonts w:ascii="*Microsoft Sans Serif" w:eastAsia="*Microsoft Sans Serif" w:hAnsi="*Microsoft Sans Serif"/>
          <w:color w:val="383838"/>
          <w:sz w:val="24"/>
        </w:rPr>
        <w:t>35 IRKW (</w:t>
      </w:r>
      <w:r w:rsidRPr="00DC5AC5">
        <w:rPr>
          <w:rFonts w:ascii="*Microsoft Sans Serif" w:eastAsia="*Microsoft Sans Serif" w:hAnsi="*Microsoft Sans Serif"/>
          <w:color w:val="383838"/>
          <w:sz w:val="23"/>
        </w:rPr>
        <w:t>B</w:t>
      </w:r>
      <w:r w:rsidRPr="00DC5AC5">
        <w:rPr>
          <w:rFonts w:ascii="*Microsoft Sans Serif" w:eastAsia="*Microsoft Sans Serif" w:hAnsi="*Microsoft Sans Serif"/>
          <w:color w:val="383838"/>
          <w:sz w:val="24"/>
        </w:rPr>
        <w:t>)</w:t>
      </w:r>
    </w:p>
    <w:p w14:paraId="0F55442C" w14:textId="2EDDF340" w:rsidR="00080437" w:rsidRPr="00A94432" w:rsidRDefault="00A94432">
      <w:pPr>
        <w:autoSpaceDE w:val="0"/>
        <w:autoSpaceDN w:val="0"/>
        <w:spacing w:after="0" w:line="292" w:lineRule="exact"/>
        <w:ind w:left="1676"/>
        <w:rPr>
          <w:lang w:val="pl-PL"/>
        </w:rPr>
      </w:pPr>
      <w:r w:rsidRPr="00A94432">
        <w:rPr>
          <w:rFonts w:ascii="*Microsoft Sans Serif" w:eastAsia="*Microsoft Sans Serif" w:hAnsi="*Microsoft Sans Serif"/>
          <w:color w:val="383838"/>
          <w:sz w:val="24"/>
          <w:lang w:val="pl-PL"/>
        </w:rPr>
        <w:t>(</w:t>
      </w:r>
      <w:r w:rsidR="00DC5AC5" w:rsidRPr="00A94432">
        <w:rPr>
          <w:rFonts w:ascii="*Microsoft Sans Serif" w:eastAsia="*Microsoft Sans Serif" w:hAnsi="*Microsoft Sans Serif"/>
          <w:color w:val="383838"/>
          <w:sz w:val="24"/>
          <w:lang w:val="pl-PL"/>
        </w:rPr>
        <w:t xml:space="preserve">MZ), </w:t>
      </w:r>
      <w:r w:rsidR="00DC5AC5" w:rsidRPr="00A94432">
        <w:rPr>
          <w:rFonts w:ascii="*Microsoft Sans Serif" w:eastAsia="*Microsoft Sans Serif" w:hAnsi="*Microsoft Sans Serif"/>
          <w:color w:val="353636"/>
          <w:sz w:val="24"/>
          <w:lang w:val="pl-PL"/>
        </w:rPr>
        <w:t>4K-518 IRKW(W)</w:t>
      </w:r>
      <w:r w:rsidRPr="00A94432">
        <w:rPr>
          <w:rFonts w:ascii="*Microsoft Sans Serif" w:eastAsia="*Microsoft Sans Serif" w:hAnsi="*Microsoft Sans Serif"/>
          <w:color w:val="353636"/>
          <w:sz w:val="24"/>
          <w:lang w:val="pl-PL"/>
        </w:rPr>
        <w:t xml:space="preserve"> AI</w:t>
      </w:r>
      <w:r w:rsidR="00DC5AC5" w:rsidRPr="00A94432">
        <w:rPr>
          <w:rFonts w:ascii="*Microsoft Sans Serif" w:eastAsia="*Microsoft Sans Serif" w:hAnsi="*Microsoft Sans Serif"/>
          <w:color w:val="353636"/>
          <w:sz w:val="24"/>
          <w:lang w:val="pl-PL"/>
        </w:rPr>
        <w:t xml:space="preserve">, 4K-518 IRKW </w:t>
      </w:r>
      <w:r w:rsidRPr="00A94432">
        <w:rPr>
          <w:rFonts w:ascii="*Microsoft Sans Serif" w:eastAsia="*Microsoft Sans Serif" w:hAnsi="*Microsoft Sans Serif"/>
          <w:color w:val="353636"/>
          <w:sz w:val="24"/>
          <w:lang w:val="pl-PL"/>
        </w:rPr>
        <w:t>(</w:t>
      </w:r>
      <w:r w:rsidR="00DC5AC5" w:rsidRPr="00A94432">
        <w:rPr>
          <w:rFonts w:ascii="*Microsoft Sans Serif" w:eastAsia="*Microsoft Sans Serif" w:hAnsi="*Microsoft Sans Serif"/>
          <w:color w:val="353636"/>
          <w:sz w:val="23"/>
          <w:lang w:val="pl-PL"/>
        </w:rPr>
        <w:t>B</w:t>
      </w:r>
      <w:r w:rsidR="00DC5AC5" w:rsidRPr="00A94432">
        <w:rPr>
          <w:rFonts w:ascii="*Microsoft Sans Serif" w:eastAsia="*Microsoft Sans Serif" w:hAnsi="*Microsoft Sans Serif"/>
          <w:color w:val="353636"/>
          <w:sz w:val="24"/>
          <w:lang w:val="pl-PL"/>
        </w:rPr>
        <w:t>), 4K-5</w:t>
      </w:r>
      <w:r w:rsidRPr="00A94432">
        <w:rPr>
          <w:rFonts w:ascii="*Microsoft Sans Serif" w:eastAsia="*Microsoft Sans Serif" w:hAnsi="*Microsoft Sans Serif"/>
          <w:color w:val="353636"/>
          <w:sz w:val="24"/>
          <w:lang w:val="pl-PL"/>
        </w:rPr>
        <w:t>18</w:t>
      </w:r>
      <w:r w:rsidR="00DC5AC5" w:rsidRPr="00A94432">
        <w:rPr>
          <w:rFonts w:ascii="*Microsoft Sans Serif" w:eastAsia="*Microsoft Sans Serif" w:hAnsi="*Microsoft Sans Serif"/>
          <w:color w:val="353636"/>
          <w:sz w:val="24"/>
          <w:lang w:val="pl-PL"/>
        </w:rPr>
        <w:t>I</w:t>
      </w:r>
      <w:r w:rsidRPr="00A94432">
        <w:rPr>
          <w:rFonts w:ascii="*Microsoft Sans Serif" w:eastAsia="*Microsoft Sans Serif" w:hAnsi="*Microsoft Sans Serif"/>
          <w:color w:val="353636"/>
          <w:sz w:val="24"/>
          <w:lang w:val="pl-PL"/>
        </w:rPr>
        <w:t>K10I</w:t>
      </w:r>
      <w:r w:rsidR="00DC5AC5" w:rsidRPr="00A94432">
        <w:rPr>
          <w:rFonts w:ascii="*Microsoft Sans Serif" w:eastAsia="*Microsoft Sans Serif" w:hAnsi="*Microsoft Sans Serif"/>
          <w:color w:val="353636"/>
          <w:sz w:val="24"/>
          <w:lang w:val="pl-PL"/>
        </w:rPr>
        <w:t xml:space="preserve">RKW AI, </w:t>
      </w:r>
      <w:r w:rsidR="00A312B6" w:rsidRPr="00A94432">
        <w:rPr>
          <w:rFonts w:ascii="*Microsoft Sans Serif" w:eastAsia="*Microsoft Sans Serif" w:hAnsi="*Microsoft Sans Serif"/>
          <w:color w:val="353636"/>
          <w:sz w:val="24"/>
          <w:lang w:val="pl-PL"/>
        </w:rPr>
        <w:t>4K-5</w:t>
      </w:r>
      <w:r>
        <w:rPr>
          <w:rFonts w:ascii="*Microsoft Sans Serif" w:eastAsia="*Microsoft Sans Serif" w:hAnsi="*Microsoft Sans Serif"/>
          <w:color w:val="353636"/>
          <w:sz w:val="24"/>
          <w:lang w:val="pl-PL"/>
        </w:rPr>
        <w:t>1</w:t>
      </w:r>
      <w:r w:rsidR="00A312B6" w:rsidRPr="00A94432">
        <w:rPr>
          <w:rFonts w:ascii="*Microsoft Sans Serif" w:eastAsia="*Microsoft Sans Serif" w:hAnsi="*Microsoft Sans Serif"/>
          <w:color w:val="353636"/>
          <w:sz w:val="24"/>
          <w:lang w:val="pl-PL"/>
        </w:rPr>
        <w:t>34</w:t>
      </w:r>
    </w:p>
    <w:p w14:paraId="55250022" w14:textId="2586A872" w:rsidR="00080437" w:rsidRPr="00DC5AC5" w:rsidRDefault="00DC5AC5">
      <w:pPr>
        <w:autoSpaceDE w:val="0"/>
        <w:autoSpaceDN w:val="0"/>
        <w:spacing w:before="88" w:after="0" w:line="292" w:lineRule="exact"/>
        <w:ind w:left="1712"/>
        <w:rPr>
          <w:lang w:val="pl-PL"/>
        </w:rPr>
      </w:pPr>
      <w:r w:rsidRPr="00DC5AC5">
        <w:rPr>
          <w:rFonts w:ascii="*Microsoft Sans Serif" w:eastAsia="*Microsoft Sans Serif" w:hAnsi="*Microsoft Sans Serif"/>
          <w:color w:val="353636"/>
          <w:sz w:val="24"/>
          <w:lang w:val="pl-PL"/>
        </w:rPr>
        <w:t>4K-2035</w:t>
      </w:r>
      <w:r>
        <w:rPr>
          <w:rFonts w:ascii="*Microsoft Sans Serif" w:eastAsia="*Microsoft Sans Serif" w:hAnsi="*Microsoft Sans Serif"/>
          <w:color w:val="353636"/>
          <w:sz w:val="24"/>
          <w:lang w:val="pl-PL"/>
        </w:rPr>
        <w:t xml:space="preserve"> </w:t>
      </w:r>
      <w:r w:rsidRPr="00DC5AC5">
        <w:rPr>
          <w:rFonts w:ascii="*Microsoft Sans Serif" w:eastAsia="*Microsoft Sans Serif" w:hAnsi="*Microsoft Sans Serif"/>
          <w:color w:val="353636"/>
          <w:sz w:val="24"/>
          <w:lang w:val="pl-PL"/>
        </w:rPr>
        <w:t>IRKW (W), 4K-2035</w:t>
      </w:r>
      <w:r>
        <w:rPr>
          <w:rFonts w:ascii="*Microsoft Sans Serif" w:eastAsia="*Microsoft Sans Serif" w:hAnsi="*Microsoft Sans Serif"/>
          <w:color w:val="353636"/>
          <w:sz w:val="24"/>
          <w:lang w:val="pl-PL"/>
        </w:rPr>
        <w:t xml:space="preserve"> </w:t>
      </w:r>
      <w:r w:rsidRPr="00DC5AC5">
        <w:rPr>
          <w:rFonts w:ascii="*Microsoft Sans Serif" w:eastAsia="*Microsoft Sans Serif" w:hAnsi="*Microsoft Sans Serif"/>
          <w:color w:val="353636"/>
          <w:sz w:val="24"/>
          <w:lang w:val="pl-PL"/>
        </w:rPr>
        <w:t>IRKW (</w:t>
      </w:r>
      <w:r w:rsidRPr="00DC5AC5">
        <w:rPr>
          <w:rFonts w:ascii="*Microsoft Sans Serif" w:eastAsia="*Microsoft Sans Serif" w:hAnsi="*Microsoft Sans Serif"/>
          <w:color w:val="353636"/>
          <w:sz w:val="23"/>
          <w:lang w:val="pl-PL"/>
        </w:rPr>
        <w:t>B</w:t>
      </w:r>
      <w:r w:rsidRPr="00DC5AC5">
        <w:rPr>
          <w:rFonts w:ascii="*Microsoft Sans Serif" w:eastAsia="*Microsoft Sans Serif" w:hAnsi="*Microsoft Sans Serif"/>
          <w:color w:val="353636"/>
          <w:sz w:val="24"/>
          <w:lang w:val="pl-PL"/>
        </w:rPr>
        <w:t>), 4K-2040</w:t>
      </w:r>
      <w:r>
        <w:rPr>
          <w:rFonts w:ascii="*Microsoft Sans Serif" w:eastAsia="*Microsoft Sans Serif" w:hAnsi="*Microsoft Sans Serif"/>
          <w:color w:val="353636"/>
          <w:sz w:val="24"/>
          <w:lang w:val="pl-PL"/>
        </w:rPr>
        <w:t xml:space="preserve"> </w:t>
      </w:r>
      <w:r w:rsidRPr="00DC5AC5">
        <w:rPr>
          <w:rFonts w:ascii="*Microsoft Sans Serif" w:eastAsia="*Microsoft Sans Serif" w:hAnsi="*Microsoft Sans Serif"/>
          <w:color w:val="353636"/>
          <w:sz w:val="24"/>
          <w:lang w:val="pl-PL"/>
        </w:rPr>
        <w:t>IRKS (</w:t>
      </w:r>
      <w:r w:rsidRPr="00DC5AC5">
        <w:rPr>
          <w:rFonts w:ascii="*Microsoft Sans Serif" w:eastAsia="*Microsoft Sans Serif" w:hAnsi="*Microsoft Sans Serif"/>
          <w:color w:val="353636"/>
          <w:sz w:val="23"/>
          <w:lang w:val="pl-PL"/>
        </w:rPr>
        <w:t>B</w:t>
      </w:r>
      <w:r w:rsidRPr="00DC5AC5">
        <w:rPr>
          <w:rFonts w:ascii="*Microsoft Sans Serif" w:eastAsia="*Microsoft Sans Serif" w:hAnsi="*Microsoft Sans Serif"/>
          <w:color w:val="353636"/>
          <w:sz w:val="24"/>
          <w:lang w:val="pl-PL"/>
        </w:rPr>
        <w:t>), 4K-2040</w:t>
      </w:r>
      <w:r>
        <w:rPr>
          <w:rFonts w:ascii="*Microsoft Sans Serif" w:eastAsia="*Microsoft Sans Serif" w:hAnsi="*Microsoft Sans Serif"/>
          <w:color w:val="353636"/>
          <w:sz w:val="24"/>
          <w:lang w:val="pl-PL"/>
        </w:rPr>
        <w:t xml:space="preserve"> </w:t>
      </w:r>
      <w:r w:rsidRPr="00DC5AC5">
        <w:rPr>
          <w:rFonts w:ascii="*Microsoft Sans Serif" w:eastAsia="*Microsoft Sans Serif" w:hAnsi="*Microsoft Sans Serif"/>
          <w:color w:val="353636"/>
          <w:sz w:val="24"/>
          <w:lang w:val="pl-PL"/>
        </w:rPr>
        <w:t>IRKS (</w:t>
      </w:r>
      <w:r w:rsidRPr="00DC5AC5">
        <w:rPr>
          <w:rFonts w:ascii="*Microsoft Sans Serif" w:eastAsia="*Microsoft Sans Serif" w:hAnsi="*Microsoft Sans Serif"/>
          <w:color w:val="353636"/>
          <w:sz w:val="23"/>
          <w:lang w:val="pl-PL"/>
        </w:rPr>
        <w:t>W</w:t>
      </w:r>
      <w:r w:rsidRPr="00DC5AC5">
        <w:rPr>
          <w:rFonts w:ascii="*Microsoft Sans Serif" w:eastAsia="*Microsoft Sans Serif" w:hAnsi="*Microsoft Sans Serif"/>
          <w:color w:val="353636"/>
          <w:sz w:val="24"/>
          <w:lang w:val="pl-PL"/>
        </w:rPr>
        <w:t xml:space="preserve">), </w:t>
      </w:r>
    </w:p>
    <w:p w14:paraId="07830261" w14:textId="3EB24CED" w:rsidR="00080437" w:rsidRPr="00DC5AC5" w:rsidRDefault="00DC5AC5">
      <w:pPr>
        <w:autoSpaceDE w:val="0"/>
        <w:autoSpaceDN w:val="0"/>
        <w:spacing w:before="88" w:after="0" w:line="292" w:lineRule="exact"/>
        <w:ind w:left="1714"/>
        <w:rPr>
          <w:lang w:val="pl-PL"/>
        </w:rPr>
      </w:pPr>
      <w:r w:rsidRPr="00DC5AC5">
        <w:rPr>
          <w:rFonts w:ascii="*Microsoft Sans Serif" w:eastAsia="*Microsoft Sans Serif" w:hAnsi="*Microsoft Sans Serif"/>
          <w:color w:val="353636"/>
          <w:sz w:val="24"/>
          <w:lang w:val="pl-PL"/>
        </w:rPr>
        <w:t>4K-8</w:t>
      </w:r>
      <w:r w:rsidR="00A94432">
        <w:rPr>
          <w:rFonts w:ascii="*Microsoft Sans Serif" w:eastAsia="*Microsoft Sans Serif" w:hAnsi="*Microsoft Sans Serif"/>
          <w:color w:val="353636"/>
          <w:sz w:val="24"/>
          <w:lang w:val="pl-PL"/>
        </w:rPr>
        <w:t>1</w:t>
      </w:r>
      <w:r w:rsidRPr="00DC5AC5">
        <w:rPr>
          <w:rFonts w:ascii="*Microsoft Sans Serif" w:eastAsia="*Microsoft Sans Serif" w:hAnsi="*Microsoft Sans Serif"/>
          <w:color w:val="353636"/>
          <w:sz w:val="24"/>
          <w:lang w:val="pl-PL"/>
        </w:rPr>
        <w:t>30</w:t>
      </w:r>
      <w:r>
        <w:rPr>
          <w:rFonts w:ascii="*Microsoft Sans Serif" w:eastAsia="*Microsoft Sans Serif" w:hAnsi="*Microsoft Sans Serif"/>
          <w:color w:val="353636"/>
          <w:sz w:val="24"/>
          <w:lang w:val="pl-PL"/>
        </w:rPr>
        <w:t xml:space="preserve"> </w:t>
      </w:r>
      <w:r w:rsidRPr="00DC5AC5">
        <w:rPr>
          <w:rFonts w:ascii="*Microsoft Sans Serif" w:eastAsia="*Microsoft Sans Serif" w:hAnsi="*Microsoft Sans Serif"/>
          <w:color w:val="353636"/>
          <w:sz w:val="24"/>
          <w:lang w:val="pl-PL"/>
        </w:rPr>
        <w:t>IRKW (MZ) W AI. 4K-8</w:t>
      </w:r>
      <w:r w:rsidR="00A94432">
        <w:rPr>
          <w:rFonts w:ascii="*Microsoft Sans Serif" w:eastAsia="*Microsoft Sans Serif" w:hAnsi="*Microsoft Sans Serif"/>
          <w:color w:val="353636"/>
          <w:sz w:val="24"/>
          <w:lang w:val="pl-PL"/>
        </w:rPr>
        <w:t>1</w:t>
      </w:r>
      <w:r w:rsidRPr="00DC5AC5">
        <w:rPr>
          <w:rFonts w:ascii="*Microsoft Sans Serif" w:eastAsia="*Microsoft Sans Serif" w:hAnsi="*Microsoft Sans Serif"/>
          <w:color w:val="353636"/>
          <w:sz w:val="24"/>
          <w:lang w:val="pl-PL"/>
        </w:rPr>
        <w:t>40</w:t>
      </w:r>
      <w:r>
        <w:rPr>
          <w:rFonts w:ascii="*Microsoft Sans Serif" w:eastAsia="*Microsoft Sans Serif" w:hAnsi="*Microsoft Sans Serif"/>
          <w:color w:val="353636"/>
          <w:sz w:val="24"/>
          <w:lang w:val="pl-PL"/>
        </w:rPr>
        <w:t xml:space="preserve"> </w:t>
      </w:r>
      <w:r w:rsidRPr="00DC5AC5">
        <w:rPr>
          <w:rFonts w:ascii="*Microsoft Sans Serif" w:eastAsia="*Microsoft Sans Serif" w:hAnsi="*Microsoft Sans Serif"/>
          <w:color w:val="353636"/>
          <w:sz w:val="24"/>
          <w:lang w:val="pl-PL"/>
        </w:rPr>
        <w:t>IRKS MZ (W) AI, 4K-2</w:t>
      </w:r>
      <w:r w:rsidR="00A94432">
        <w:rPr>
          <w:rFonts w:ascii="*Microsoft Sans Serif" w:eastAsia="*Microsoft Sans Serif" w:hAnsi="*Microsoft Sans Serif"/>
          <w:color w:val="353636"/>
          <w:sz w:val="24"/>
          <w:lang w:val="pl-PL"/>
        </w:rPr>
        <w:t>1</w:t>
      </w:r>
      <w:r w:rsidRPr="00DC5AC5">
        <w:rPr>
          <w:rFonts w:ascii="*Microsoft Sans Serif" w:eastAsia="*Microsoft Sans Serif" w:hAnsi="*Microsoft Sans Serif"/>
          <w:color w:val="353636"/>
          <w:sz w:val="24"/>
          <w:lang w:val="pl-PL"/>
        </w:rPr>
        <w:t>18</w:t>
      </w:r>
      <w:r>
        <w:rPr>
          <w:rFonts w:ascii="*Microsoft Sans Serif" w:eastAsia="*Microsoft Sans Serif" w:hAnsi="*Microsoft Sans Serif"/>
          <w:color w:val="353636"/>
          <w:sz w:val="24"/>
          <w:lang w:val="pl-PL"/>
        </w:rPr>
        <w:t xml:space="preserve"> </w:t>
      </w:r>
      <w:r w:rsidRPr="00DC5AC5">
        <w:rPr>
          <w:rFonts w:ascii="*Microsoft Sans Serif" w:eastAsia="*Microsoft Sans Serif" w:hAnsi="*Microsoft Sans Serif"/>
          <w:color w:val="353636"/>
          <w:sz w:val="24"/>
          <w:lang w:val="pl-PL"/>
        </w:rPr>
        <w:t xml:space="preserve">IRKW {W), </w:t>
      </w:r>
    </w:p>
    <w:p w14:paraId="6FBF349B" w14:textId="61F10097" w:rsidR="000853D7" w:rsidRDefault="00DC5AC5">
      <w:pPr>
        <w:autoSpaceDE w:val="0"/>
        <w:autoSpaceDN w:val="0"/>
        <w:spacing w:after="0" w:line="292" w:lineRule="exact"/>
        <w:ind w:left="1676"/>
        <w:rPr>
          <w:rFonts w:ascii="*Microsoft Sans Serif" w:eastAsia="*Microsoft Sans Serif" w:hAnsi="*Microsoft Sans Serif"/>
          <w:color w:val="353636"/>
          <w:sz w:val="24"/>
          <w:lang w:val="pl-PL"/>
        </w:rPr>
      </w:pPr>
      <w:r w:rsidRPr="00DC5AC5">
        <w:rPr>
          <w:rFonts w:ascii="*Microsoft Sans Serif" w:eastAsia="*Microsoft Sans Serif" w:hAnsi="*Microsoft Sans Serif"/>
          <w:color w:val="353636"/>
          <w:sz w:val="24"/>
          <w:lang w:val="pl-PL"/>
        </w:rPr>
        <w:t>4K-5</w:t>
      </w:r>
      <w:r w:rsidR="00A94432">
        <w:rPr>
          <w:rFonts w:ascii="*Microsoft Sans Serif" w:eastAsia="*Microsoft Sans Serif" w:hAnsi="*Microsoft Sans Serif"/>
          <w:color w:val="353636"/>
          <w:sz w:val="24"/>
          <w:lang w:val="pl-PL"/>
        </w:rPr>
        <w:t>1</w:t>
      </w:r>
      <w:r w:rsidRPr="00DC5AC5">
        <w:rPr>
          <w:rFonts w:ascii="*Microsoft Sans Serif" w:eastAsia="*Microsoft Sans Serif" w:hAnsi="*Microsoft Sans Serif"/>
          <w:color w:val="353636"/>
          <w:sz w:val="24"/>
          <w:lang w:val="pl-PL"/>
        </w:rPr>
        <w:t>50IRKS MZ (</w:t>
      </w:r>
      <w:r w:rsidRPr="00DC5AC5">
        <w:rPr>
          <w:rFonts w:ascii="*Microsoft Sans Serif" w:eastAsia="*Microsoft Sans Serif" w:hAnsi="*Microsoft Sans Serif"/>
          <w:color w:val="353636"/>
          <w:sz w:val="23"/>
          <w:lang w:val="pl-PL"/>
        </w:rPr>
        <w:t>B</w:t>
      </w:r>
      <w:r w:rsidRPr="00DC5AC5">
        <w:rPr>
          <w:rFonts w:ascii="*Microsoft Sans Serif" w:eastAsia="*Microsoft Sans Serif" w:hAnsi="*Microsoft Sans Serif"/>
          <w:color w:val="353636"/>
          <w:sz w:val="24"/>
          <w:lang w:val="pl-PL"/>
        </w:rPr>
        <w:t>) AI, 4K-5</w:t>
      </w:r>
      <w:r w:rsidR="00A94432">
        <w:rPr>
          <w:rFonts w:ascii="*Microsoft Sans Serif" w:eastAsia="*Microsoft Sans Serif" w:hAnsi="*Microsoft Sans Serif"/>
          <w:color w:val="353636"/>
          <w:sz w:val="24"/>
          <w:lang w:val="pl-PL"/>
        </w:rPr>
        <w:t>1</w:t>
      </w:r>
      <w:r w:rsidRPr="00DC5AC5">
        <w:rPr>
          <w:rFonts w:ascii="*Microsoft Sans Serif" w:eastAsia="*Microsoft Sans Serif" w:hAnsi="*Microsoft Sans Serif"/>
          <w:color w:val="353636"/>
          <w:sz w:val="24"/>
          <w:lang w:val="pl-PL"/>
        </w:rPr>
        <w:t>50IRKS MZ (</w:t>
      </w:r>
      <w:r w:rsidRPr="00DC5AC5">
        <w:rPr>
          <w:rFonts w:ascii="*Microsoft Sans Serif" w:eastAsia="*Microsoft Sans Serif" w:hAnsi="*Microsoft Sans Serif"/>
          <w:color w:val="353636"/>
          <w:sz w:val="23"/>
          <w:lang w:val="pl-PL"/>
        </w:rPr>
        <w:t>W</w:t>
      </w:r>
      <w:r w:rsidRPr="00DC5AC5">
        <w:rPr>
          <w:rFonts w:ascii="*Microsoft Sans Serif" w:eastAsia="*Microsoft Sans Serif" w:hAnsi="*Microsoft Sans Serif"/>
          <w:color w:val="353636"/>
          <w:sz w:val="24"/>
          <w:lang w:val="pl-PL"/>
        </w:rPr>
        <w:t>) AI, 4K-5</w:t>
      </w:r>
      <w:r w:rsidR="00A94432">
        <w:rPr>
          <w:rFonts w:ascii="*Microsoft Sans Serif" w:eastAsia="*Microsoft Sans Serif" w:hAnsi="*Microsoft Sans Serif"/>
          <w:color w:val="353636"/>
          <w:sz w:val="24"/>
          <w:lang w:val="pl-PL"/>
        </w:rPr>
        <w:t>1</w:t>
      </w:r>
      <w:r w:rsidRPr="00DC5AC5">
        <w:rPr>
          <w:rFonts w:ascii="*Microsoft Sans Serif" w:eastAsia="*Microsoft Sans Serif" w:hAnsi="*Microsoft Sans Serif"/>
          <w:color w:val="353636"/>
          <w:sz w:val="24"/>
          <w:lang w:val="pl-PL"/>
        </w:rPr>
        <w:t>08IRKW</w:t>
      </w:r>
      <w:r>
        <w:rPr>
          <w:rFonts w:ascii="*Microsoft Sans Serif" w:eastAsia="*Microsoft Sans Serif" w:hAnsi="*Microsoft Sans Serif"/>
          <w:color w:val="353636"/>
          <w:sz w:val="24"/>
          <w:lang w:val="pl-PL"/>
        </w:rPr>
        <w:t xml:space="preserve">, </w:t>
      </w:r>
    </w:p>
    <w:p w14:paraId="1B6B3ABB" w14:textId="17BF94A1" w:rsidR="00080437" w:rsidRPr="00DC5AC5" w:rsidRDefault="000853D7" w:rsidP="00DC5AC5">
      <w:pPr>
        <w:autoSpaceDE w:val="0"/>
        <w:autoSpaceDN w:val="0"/>
        <w:spacing w:after="0" w:line="292" w:lineRule="exact"/>
        <w:ind w:left="1676"/>
        <w:rPr>
          <w:lang w:val="pl-PL"/>
        </w:rPr>
      </w:pPr>
      <w:r>
        <w:rPr>
          <w:rFonts w:ascii="*Microsoft Sans Serif" w:eastAsia="*Microsoft Sans Serif" w:hAnsi="*Microsoft Sans Serif"/>
          <w:color w:val="353636"/>
          <w:sz w:val="24"/>
          <w:lang w:val="pl-PL"/>
        </w:rPr>
        <w:t xml:space="preserve">4K-5140IRKS MZ (W), 4K-5140IRKS MZ (B), </w:t>
      </w:r>
      <w:r w:rsidR="00DC5AC5" w:rsidRPr="00DC5AC5">
        <w:rPr>
          <w:rFonts w:ascii="*Microsoft Sans Serif" w:eastAsia="*Microsoft Sans Serif" w:hAnsi="*Microsoft Sans Serif"/>
          <w:color w:val="353636"/>
          <w:sz w:val="24"/>
          <w:lang w:val="pl-PL"/>
        </w:rPr>
        <w:t>4K-2</w:t>
      </w:r>
      <w:r w:rsidR="00A94432">
        <w:rPr>
          <w:rFonts w:ascii="*Microsoft Sans Serif" w:eastAsia="*Microsoft Sans Serif" w:hAnsi="*Microsoft Sans Serif"/>
          <w:color w:val="353636"/>
          <w:sz w:val="24"/>
          <w:lang w:val="pl-PL"/>
        </w:rPr>
        <w:t>1</w:t>
      </w:r>
      <w:r w:rsidR="00DC5AC5" w:rsidRPr="00DC5AC5">
        <w:rPr>
          <w:rFonts w:ascii="*Microsoft Sans Serif" w:eastAsia="*Microsoft Sans Serif" w:hAnsi="*Microsoft Sans Serif"/>
          <w:color w:val="353636"/>
          <w:sz w:val="24"/>
          <w:lang w:val="pl-PL"/>
        </w:rPr>
        <w:t>34IRKS</w:t>
      </w:r>
    </w:p>
    <w:p w14:paraId="7BB8EA5A" w14:textId="77777777" w:rsidR="00080437" w:rsidRPr="00DC5AC5" w:rsidRDefault="00DC5AC5">
      <w:pPr>
        <w:autoSpaceDE w:val="0"/>
        <w:autoSpaceDN w:val="0"/>
        <w:spacing w:before="1232" w:after="0" w:line="292" w:lineRule="exact"/>
        <w:ind w:left="2148"/>
        <w:rPr>
          <w:lang w:val="pl-PL"/>
        </w:rPr>
      </w:pPr>
      <w:r w:rsidRPr="00DC5AC5">
        <w:rPr>
          <w:rFonts w:ascii="*Microsoft Sans Serif" w:eastAsia="*Microsoft Sans Serif" w:hAnsi="*Microsoft Sans Serif"/>
          <w:color w:val="383939"/>
          <w:sz w:val="24"/>
          <w:lang w:val="pl-PL"/>
        </w:rPr>
        <w:t xml:space="preserve">Niniejszym potwierdza się że produkt jest zgodny z dyrektywą </w:t>
      </w:r>
    </w:p>
    <w:p w14:paraId="00037769" w14:textId="77777777" w:rsidR="00080437" w:rsidRPr="00DC5AC5" w:rsidRDefault="00DC5AC5">
      <w:pPr>
        <w:autoSpaceDE w:val="0"/>
        <w:autoSpaceDN w:val="0"/>
        <w:spacing w:before="14" w:after="0" w:line="294" w:lineRule="exact"/>
        <w:ind w:right="1910"/>
        <w:jc w:val="right"/>
        <w:rPr>
          <w:lang w:val="pl-PL"/>
        </w:rPr>
      </w:pPr>
      <w:r w:rsidRPr="00DC5AC5">
        <w:rPr>
          <w:rFonts w:ascii="*Microsoft Sans Serif" w:eastAsia="*Microsoft Sans Serif" w:hAnsi="*Microsoft Sans Serif"/>
          <w:color w:val="383939"/>
          <w:sz w:val="24"/>
          <w:lang w:val="pl-PL"/>
        </w:rPr>
        <w:t xml:space="preserve">2004/108/EC oraz z następującymi normami: </w:t>
      </w:r>
    </w:p>
    <w:p w14:paraId="20089C3C" w14:textId="77777777" w:rsidR="00080437" w:rsidRDefault="00DC5AC5">
      <w:pPr>
        <w:autoSpaceDE w:val="0"/>
        <w:autoSpaceDN w:val="0"/>
        <w:spacing w:before="280" w:after="0" w:line="254" w:lineRule="exact"/>
        <w:ind w:left="1728" w:right="576"/>
        <w:jc w:val="center"/>
      </w:pPr>
      <w:r>
        <w:rPr>
          <w:rFonts w:ascii="*Cambria" w:eastAsia="*Cambria" w:hAnsi="*Cambria"/>
          <w:color w:val="4B4B4B"/>
          <w:sz w:val="21"/>
        </w:rPr>
        <w:t xml:space="preserve">EN 55022: 2010+AC2011 and CISPR 22: 2008 (modified) </w:t>
      </w:r>
      <w:r>
        <w:br/>
      </w:r>
      <w:r>
        <w:rPr>
          <w:rFonts w:ascii="*Cambria" w:eastAsia="*Cambria" w:hAnsi="*Cambria"/>
          <w:color w:val="4B4B4B"/>
          <w:sz w:val="21"/>
        </w:rPr>
        <w:t xml:space="preserve">AS/NZS CISPR 22:2009+A 1 :201 O </w:t>
      </w:r>
      <w:r>
        <w:br/>
      </w:r>
      <w:r>
        <w:rPr>
          <w:rFonts w:ascii="*Cambria" w:eastAsia="*Cambria" w:hAnsi="*Cambria"/>
          <w:color w:val="3A3B3B"/>
          <w:sz w:val="21"/>
        </w:rPr>
        <w:t xml:space="preserve">EN 50130-4: 2011 </w:t>
      </w:r>
      <w:r>
        <w:br/>
      </w:r>
      <w:r>
        <w:rPr>
          <w:rFonts w:ascii="*Cambria" w:eastAsia="*Cambria" w:hAnsi="*Cambria"/>
          <w:color w:val="3A3B3B"/>
          <w:sz w:val="21"/>
        </w:rPr>
        <w:t xml:space="preserve">EN 61 000-3-2:2006+Al :2009+ A2:2009 and IEC 61000-3-2:2005+Al:2008+A2:2009 AS/NZS 61000.3.2:2007+A 1 :2009 </w:t>
      </w:r>
      <w:r>
        <w:br/>
      </w:r>
      <w:r>
        <w:rPr>
          <w:rFonts w:ascii="*Cambria" w:eastAsia="*Cambria" w:hAnsi="*Cambria"/>
          <w:color w:val="414242"/>
          <w:sz w:val="21"/>
        </w:rPr>
        <w:t xml:space="preserve">EN 61000-3-3:2013 and IEC 61000-3-3:2008 </w:t>
      </w:r>
      <w:r>
        <w:br/>
      </w:r>
      <w:r>
        <w:rPr>
          <w:rFonts w:ascii="*Cambria" w:eastAsia="*Cambria" w:hAnsi="*Cambria"/>
          <w:color w:val="414242"/>
          <w:sz w:val="21"/>
        </w:rPr>
        <w:t xml:space="preserve">AS/NZS 61000-3-3:2006 </w:t>
      </w:r>
    </w:p>
    <w:p w14:paraId="055E8045" w14:textId="77777777" w:rsidR="00080437" w:rsidRPr="00DC5AC5" w:rsidRDefault="00DC5AC5">
      <w:pPr>
        <w:autoSpaceDE w:val="0"/>
        <w:autoSpaceDN w:val="0"/>
        <w:spacing w:before="214" w:after="0" w:line="292" w:lineRule="exact"/>
        <w:ind w:left="1676"/>
        <w:rPr>
          <w:lang w:val="pl-PL"/>
        </w:rPr>
      </w:pPr>
      <w:r w:rsidRPr="00DC5AC5">
        <w:rPr>
          <w:rFonts w:ascii="*Microsoft Sans Serif" w:eastAsia="*Microsoft Sans Serif" w:hAnsi="*Microsoft Sans Serif"/>
          <w:color w:val="515151"/>
          <w:sz w:val="24"/>
          <w:lang w:val="pl-PL"/>
        </w:rPr>
        <w:t xml:space="preserve">Wszystkie produkty spełniają wymogi norm ochrony i bezpieczeństwa </w:t>
      </w:r>
    </w:p>
    <w:p w14:paraId="156B8989" w14:textId="77777777" w:rsidR="00080437" w:rsidRDefault="00DC5AC5">
      <w:pPr>
        <w:autoSpaceDE w:val="0"/>
        <w:autoSpaceDN w:val="0"/>
        <w:spacing w:before="1748" w:after="0" w:line="292" w:lineRule="exact"/>
        <w:ind w:right="414"/>
        <w:jc w:val="right"/>
      </w:pPr>
      <w:r>
        <w:rPr>
          <w:rFonts w:ascii="*Microsoft Sans Serif" w:eastAsia="*Microsoft Sans Serif" w:hAnsi="*Microsoft Sans Serif"/>
          <w:color w:val="555555"/>
          <w:sz w:val="24"/>
        </w:rPr>
        <w:t xml:space="preserve">Nazwisko i stanowisko: </w:t>
      </w:r>
    </w:p>
    <w:sectPr w:rsidR="00080437" w:rsidSect="00034616">
      <w:pgSz w:w="11904" w:h="16834"/>
      <w:pgMar w:top="1440" w:right="1440" w:bottom="1296" w:left="734" w:header="720" w:footer="720" w:gutter="0"/>
      <w:cols w:space="720" w:equalWidth="0">
        <w:col w:w="9730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notTrueType/>
    <w:pitch w:val="variable"/>
    <w:sig w:usb0="00000003" w:usb1="00000000" w:usb2="00000000" w:usb3="00000000" w:csb0="00000001" w:csb1="00000000"/>
  </w:font>
  <w:font w:name="*Times New Roman">
    <w:altName w:val="Cambria"/>
    <w:panose1 w:val="00000000000000000000"/>
    <w:charset w:val="00"/>
    <w:family w:val="roman"/>
    <w:notTrueType/>
    <w:pitch w:val="default"/>
  </w:font>
  <w:font w:name="*Microsoft Sans Serif">
    <w:altName w:val="Cambria"/>
    <w:panose1 w:val="00000000000000000000"/>
    <w:charset w:val="00"/>
    <w:family w:val="roman"/>
    <w:notTrueType/>
    <w:pitch w:val="default"/>
  </w:font>
  <w:font w:name="*Cambria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27382745">
    <w:abstractNumId w:val="8"/>
  </w:num>
  <w:num w:numId="2" w16cid:durableId="38168753">
    <w:abstractNumId w:val="6"/>
  </w:num>
  <w:num w:numId="3" w16cid:durableId="688989111">
    <w:abstractNumId w:val="5"/>
  </w:num>
  <w:num w:numId="4" w16cid:durableId="50351589">
    <w:abstractNumId w:val="4"/>
  </w:num>
  <w:num w:numId="5" w16cid:durableId="315109754">
    <w:abstractNumId w:val="7"/>
  </w:num>
  <w:num w:numId="6" w16cid:durableId="956833451">
    <w:abstractNumId w:val="3"/>
  </w:num>
  <w:num w:numId="7" w16cid:durableId="213008754">
    <w:abstractNumId w:val="2"/>
  </w:num>
  <w:num w:numId="8" w16cid:durableId="795104565">
    <w:abstractNumId w:val="1"/>
  </w:num>
  <w:num w:numId="9" w16cid:durableId="1784570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80437"/>
    <w:rsid w:val="000853D7"/>
    <w:rsid w:val="0015074B"/>
    <w:rsid w:val="0029639D"/>
    <w:rsid w:val="00326F90"/>
    <w:rsid w:val="00A312B6"/>
    <w:rsid w:val="00A94432"/>
    <w:rsid w:val="00AA1D8D"/>
    <w:rsid w:val="00B47730"/>
    <w:rsid w:val="00CB0664"/>
    <w:rsid w:val="00D025BD"/>
    <w:rsid w:val="00DC5AC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418BC3"/>
  <w14:defaultImageDpi w14:val="300"/>
  <w15:docId w15:val="{DB6BA04C-8AB5-477C-9F6B-05E1B04D4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693F"/>
  </w:style>
  <w:style w:type="paragraph" w:styleId="Nagwek1">
    <w:name w:val="heading 1"/>
    <w:basedOn w:val="Normalny"/>
    <w:next w:val="Normalny"/>
    <w:link w:val="Nagwek1Znak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basedOn w:val="Normalny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C69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basedOn w:val="Normalny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basedOn w:val="Normalny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basedOn w:val="Normalny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ny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ny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basedOn w:val="Normalny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basedOn w:val="Normalny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C693F"/>
    <w:pPr>
      <w:outlineLvl w:val="9"/>
    </w:pPr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167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rf@merx.pl</cp:lastModifiedBy>
  <cp:revision>6</cp:revision>
  <dcterms:created xsi:type="dcterms:W3CDTF">2023-04-17T11:47:00Z</dcterms:created>
  <dcterms:modified xsi:type="dcterms:W3CDTF">2023-08-04T13:10:00Z</dcterms:modified>
  <cp:category/>
</cp:coreProperties>
</file>